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3CBA" w14:textId="3D56A126" w:rsidR="00E97F8C" w:rsidRDefault="00157326" w:rsidP="00157326">
      <w:pPr>
        <w:jc w:val="center"/>
        <w:rPr>
          <w:b/>
          <w:bCs/>
        </w:rPr>
      </w:pPr>
      <w:r>
        <w:rPr>
          <w:b/>
          <w:bCs/>
        </w:rPr>
        <w:t>BUNYAN MEETING, MILL STREET, BEDFORD MK40 3EU</w:t>
      </w:r>
    </w:p>
    <w:p w14:paraId="6F6B07D8" w14:textId="35FC6413" w:rsidR="00157326" w:rsidRDefault="00157326" w:rsidP="00157326">
      <w:pPr>
        <w:jc w:val="center"/>
        <w:rPr>
          <w:b/>
          <w:bCs/>
        </w:rPr>
      </w:pPr>
      <w:r w:rsidRPr="00157326">
        <w:rPr>
          <w:b/>
          <w:bCs/>
        </w:rPr>
        <w:t xml:space="preserve">Telephone: 01234 213722    </w:t>
      </w:r>
      <w:proofErr w:type="gramStart"/>
      <w:r w:rsidRPr="00157326">
        <w:rPr>
          <w:b/>
          <w:bCs/>
        </w:rPr>
        <w:t>email</w:t>
      </w:r>
      <w:proofErr w:type="gramEnd"/>
      <w:r w:rsidRPr="00157326">
        <w:rPr>
          <w:b/>
          <w:bCs/>
        </w:rPr>
        <w:t xml:space="preserve">: </w:t>
      </w:r>
      <w:hyperlink r:id="rId6" w:history="1">
        <w:r w:rsidRPr="001E22E0">
          <w:rPr>
            <w:rStyle w:val="Hyperlink"/>
            <w:b/>
            <w:bCs/>
          </w:rPr>
          <w:t>bunyanmeeting@gmail.com</w:t>
        </w:r>
      </w:hyperlink>
    </w:p>
    <w:p w14:paraId="18E56ACD" w14:textId="3C0574F0" w:rsidR="00157326" w:rsidRDefault="00157326" w:rsidP="00157326">
      <w:pPr>
        <w:jc w:val="center"/>
        <w:rPr>
          <w:b/>
          <w:bCs/>
        </w:rPr>
      </w:pPr>
      <w:r>
        <w:rPr>
          <w:b/>
          <w:bCs/>
        </w:rPr>
        <w:t>ROOM HIRE BOOKING FORM</w:t>
      </w:r>
    </w:p>
    <w:p w14:paraId="2F35EF05" w14:textId="150075A7" w:rsidR="00157326" w:rsidRDefault="00157326" w:rsidP="00157326">
      <w:pPr>
        <w:jc w:val="center"/>
      </w:pPr>
      <w:r w:rsidRPr="00157326">
        <w:t>Please read carefully and complete this form (both sides) before signing and returning to the Church Office</w:t>
      </w:r>
    </w:p>
    <w:p w14:paraId="6E42F922" w14:textId="5A4AAF8C" w:rsidR="00157326" w:rsidRDefault="00157326" w:rsidP="00157326">
      <w:pPr>
        <w:rPr>
          <w:b/>
          <w:bCs/>
        </w:rPr>
      </w:pPr>
      <w:r>
        <w:rPr>
          <w:b/>
          <w:bCs/>
        </w:rPr>
        <w:t>Booking details:</w:t>
      </w:r>
    </w:p>
    <w:p w14:paraId="19045E8F" w14:textId="6B564BAF" w:rsidR="00157326" w:rsidRDefault="00157326" w:rsidP="00157326">
      <w:r>
        <w:t>Name of applicant……………………………………………………………………………………………………………………………………</w:t>
      </w:r>
    </w:p>
    <w:p w14:paraId="69054933" w14:textId="55B2557A" w:rsidR="00157326" w:rsidRDefault="00157326" w:rsidP="00157326">
      <w:r>
        <w:t>Name of organization……………………………………………………………………………………………………………………………</w:t>
      </w:r>
      <w:proofErr w:type="gramStart"/>
      <w:r>
        <w:t>…..</w:t>
      </w:r>
      <w:proofErr w:type="gramEnd"/>
    </w:p>
    <w:p w14:paraId="389F030B" w14:textId="5946FE43" w:rsidR="00157326" w:rsidRDefault="00157326" w:rsidP="00157326">
      <w:r>
        <w:t>Address……………………………………………………………………………………………………………………………………………………………………………………………………………………………………………………………………………………………………………………..</w:t>
      </w:r>
    </w:p>
    <w:p w14:paraId="606B2B3F" w14:textId="0F372A50" w:rsidR="00157326" w:rsidRDefault="00157326" w:rsidP="00157326">
      <w:r>
        <w:t>Telephone………………………………………………………email……………………………………………………………………………….</w:t>
      </w:r>
    </w:p>
    <w:p w14:paraId="13F8F2CE" w14:textId="273481F5" w:rsidR="00157326" w:rsidRDefault="00157326" w:rsidP="00157326">
      <w:r>
        <w:t>Charity number………………………………………………Purpose of event………………………………………………………...........</w:t>
      </w:r>
    </w:p>
    <w:p w14:paraId="1FB1C3EA" w14:textId="3E3F4106" w:rsidR="00157326" w:rsidRDefault="00157326" w:rsidP="00157326">
      <w:r>
        <w:rPr>
          <w:b/>
          <w:bCs/>
        </w:rPr>
        <w:t xml:space="preserve">Invoicing details if different </w:t>
      </w:r>
      <w:r w:rsidR="0096736C">
        <w:rPr>
          <w:b/>
          <w:bCs/>
        </w:rPr>
        <w:t>from above</w:t>
      </w:r>
      <w:r w:rsidR="0096736C" w:rsidRPr="0096736C">
        <w:t>……………………………………………………………</w:t>
      </w:r>
      <w:r w:rsidR="0096736C">
        <w:t>………………………………</w:t>
      </w:r>
      <w:proofErr w:type="gramStart"/>
      <w:r w:rsidR="0096736C">
        <w:t>…..</w:t>
      </w:r>
      <w:proofErr w:type="gramEnd"/>
    </w:p>
    <w:p w14:paraId="086A7A91" w14:textId="7780D9DC" w:rsidR="0096736C" w:rsidRDefault="0096736C" w:rsidP="00157326">
      <w:r>
        <w:t>………………………………………………………………………………………………………………………………………………………………...</w:t>
      </w:r>
    </w:p>
    <w:p w14:paraId="7EE36988" w14:textId="019D2E75" w:rsidR="0096736C" w:rsidRDefault="0096736C" w:rsidP="00157326">
      <w:r>
        <w:t>………………………………………………………………………………………………………………………………………………………………..</w:t>
      </w:r>
    </w:p>
    <w:p w14:paraId="110A55FC" w14:textId="488CA039" w:rsidR="0096736C" w:rsidRDefault="0096736C" w:rsidP="00157326">
      <w:pPr>
        <w:rPr>
          <w:b/>
          <w:bCs/>
        </w:rPr>
      </w:pPr>
      <w:r>
        <w:rPr>
          <w:b/>
          <w:bCs/>
        </w:rPr>
        <w:t>Booking date(s) and time(s):</w:t>
      </w:r>
    </w:p>
    <w:tbl>
      <w:tblPr>
        <w:tblStyle w:val="TableGrid"/>
        <w:tblW w:w="0" w:type="auto"/>
        <w:tblLook w:val="04A0" w:firstRow="1" w:lastRow="0" w:firstColumn="1" w:lastColumn="0" w:noHBand="0" w:noVBand="1"/>
      </w:tblPr>
      <w:tblGrid>
        <w:gridCol w:w="2044"/>
        <w:gridCol w:w="2767"/>
        <w:gridCol w:w="2739"/>
        <w:gridCol w:w="2520"/>
      </w:tblGrid>
      <w:tr w:rsidR="0096736C" w14:paraId="2A73410A" w14:textId="77777777" w:rsidTr="0096736C">
        <w:tc>
          <w:tcPr>
            <w:tcW w:w="2093" w:type="dxa"/>
          </w:tcPr>
          <w:p w14:paraId="7A311A77" w14:textId="4CD36CBC" w:rsidR="0096736C" w:rsidRDefault="0096736C" w:rsidP="00157326">
            <w:pPr>
              <w:rPr>
                <w:b/>
                <w:bCs/>
              </w:rPr>
            </w:pPr>
            <w:r>
              <w:rPr>
                <w:b/>
                <w:bCs/>
              </w:rPr>
              <w:t>Date</w:t>
            </w:r>
          </w:p>
        </w:tc>
        <w:tc>
          <w:tcPr>
            <w:tcW w:w="2835" w:type="dxa"/>
          </w:tcPr>
          <w:p w14:paraId="48D146D5" w14:textId="618E897A" w:rsidR="0096736C" w:rsidRDefault="0096736C" w:rsidP="00157326">
            <w:pPr>
              <w:rPr>
                <w:b/>
                <w:bCs/>
              </w:rPr>
            </w:pPr>
            <w:r>
              <w:rPr>
                <w:b/>
                <w:bCs/>
              </w:rPr>
              <w:t>Time of arrival</w:t>
            </w:r>
          </w:p>
        </w:tc>
        <w:tc>
          <w:tcPr>
            <w:tcW w:w="2794" w:type="dxa"/>
          </w:tcPr>
          <w:p w14:paraId="1F97401C" w14:textId="6A96FBBA" w:rsidR="0096736C" w:rsidRDefault="0096736C" w:rsidP="00157326">
            <w:pPr>
              <w:rPr>
                <w:b/>
                <w:bCs/>
              </w:rPr>
            </w:pPr>
            <w:r>
              <w:rPr>
                <w:b/>
                <w:bCs/>
              </w:rPr>
              <w:t>Time of departure</w:t>
            </w:r>
          </w:p>
        </w:tc>
        <w:tc>
          <w:tcPr>
            <w:tcW w:w="2574" w:type="dxa"/>
          </w:tcPr>
          <w:p w14:paraId="088326C6" w14:textId="0CBD4B17" w:rsidR="0096736C" w:rsidRDefault="0096736C" w:rsidP="00157326">
            <w:pPr>
              <w:rPr>
                <w:b/>
                <w:bCs/>
              </w:rPr>
            </w:pPr>
            <w:r>
              <w:rPr>
                <w:b/>
                <w:bCs/>
              </w:rPr>
              <w:t>Number of people</w:t>
            </w:r>
          </w:p>
        </w:tc>
      </w:tr>
      <w:tr w:rsidR="0096736C" w14:paraId="1CB39784" w14:textId="77777777" w:rsidTr="0096736C">
        <w:tc>
          <w:tcPr>
            <w:tcW w:w="2093" w:type="dxa"/>
          </w:tcPr>
          <w:p w14:paraId="2292DE92" w14:textId="77777777" w:rsidR="0096736C" w:rsidRDefault="0096736C" w:rsidP="00157326">
            <w:pPr>
              <w:rPr>
                <w:b/>
                <w:bCs/>
              </w:rPr>
            </w:pPr>
          </w:p>
        </w:tc>
        <w:tc>
          <w:tcPr>
            <w:tcW w:w="2835" w:type="dxa"/>
          </w:tcPr>
          <w:p w14:paraId="77715AE1" w14:textId="77777777" w:rsidR="0096736C" w:rsidRDefault="0096736C" w:rsidP="00157326">
            <w:pPr>
              <w:rPr>
                <w:b/>
                <w:bCs/>
              </w:rPr>
            </w:pPr>
          </w:p>
        </w:tc>
        <w:tc>
          <w:tcPr>
            <w:tcW w:w="2794" w:type="dxa"/>
          </w:tcPr>
          <w:p w14:paraId="52B873C1" w14:textId="77777777" w:rsidR="0096736C" w:rsidRDefault="0096736C" w:rsidP="00157326">
            <w:pPr>
              <w:rPr>
                <w:b/>
                <w:bCs/>
              </w:rPr>
            </w:pPr>
          </w:p>
        </w:tc>
        <w:tc>
          <w:tcPr>
            <w:tcW w:w="2574" w:type="dxa"/>
          </w:tcPr>
          <w:p w14:paraId="093DA36F" w14:textId="77777777" w:rsidR="0096736C" w:rsidRDefault="0096736C" w:rsidP="00157326">
            <w:pPr>
              <w:rPr>
                <w:b/>
                <w:bCs/>
              </w:rPr>
            </w:pPr>
          </w:p>
        </w:tc>
      </w:tr>
      <w:tr w:rsidR="0096736C" w14:paraId="7C713A68" w14:textId="77777777" w:rsidTr="0096736C">
        <w:tc>
          <w:tcPr>
            <w:tcW w:w="2093" w:type="dxa"/>
          </w:tcPr>
          <w:p w14:paraId="30C873A7" w14:textId="77777777" w:rsidR="0096736C" w:rsidRDefault="0096736C" w:rsidP="00157326">
            <w:pPr>
              <w:rPr>
                <w:b/>
                <w:bCs/>
              </w:rPr>
            </w:pPr>
          </w:p>
        </w:tc>
        <w:tc>
          <w:tcPr>
            <w:tcW w:w="2835" w:type="dxa"/>
          </w:tcPr>
          <w:p w14:paraId="15099933" w14:textId="77777777" w:rsidR="0096736C" w:rsidRDefault="0096736C" w:rsidP="00157326">
            <w:pPr>
              <w:rPr>
                <w:b/>
                <w:bCs/>
              </w:rPr>
            </w:pPr>
          </w:p>
        </w:tc>
        <w:tc>
          <w:tcPr>
            <w:tcW w:w="2794" w:type="dxa"/>
          </w:tcPr>
          <w:p w14:paraId="2C46F09A" w14:textId="77777777" w:rsidR="0096736C" w:rsidRDefault="0096736C" w:rsidP="00157326">
            <w:pPr>
              <w:rPr>
                <w:b/>
                <w:bCs/>
              </w:rPr>
            </w:pPr>
          </w:p>
        </w:tc>
        <w:tc>
          <w:tcPr>
            <w:tcW w:w="2574" w:type="dxa"/>
          </w:tcPr>
          <w:p w14:paraId="38890AD4" w14:textId="77777777" w:rsidR="0096736C" w:rsidRDefault="0096736C" w:rsidP="00157326">
            <w:pPr>
              <w:rPr>
                <w:b/>
                <w:bCs/>
              </w:rPr>
            </w:pPr>
          </w:p>
        </w:tc>
      </w:tr>
      <w:tr w:rsidR="0096736C" w14:paraId="1B5559CD" w14:textId="77777777" w:rsidTr="0096736C">
        <w:tc>
          <w:tcPr>
            <w:tcW w:w="2093" w:type="dxa"/>
          </w:tcPr>
          <w:p w14:paraId="1EDAAE5B" w14:textId="77777777" w:rsidR="0096736C" w:rsidRDefault="0096736C" w:rsidP="00157326">
            <w:pPr>
              <w:rPr>
                <w:b/>
                <w:bCs/>
              </w:rPr>
            </w:pPr>
          </w:p>
        </w:tc>
        <w:tc>
          <w:tcPr>
            <w:tcW w:w="2835" w:type="dxa"/>
          </w:tcPr>
          <w:p w14:paraId="465F953A" w14:textId="77777777" w:rsidR="0096736C" w:rsidRDefault="0096736C" w:rsidP="00157326">
            <w:pPr>
              <w:rPr>
                <w:b/>
                <w:bCs/>
              </w:rPr>
            </w:pPr>
          </w:p>
        </w:tc>
        <w:tc>
          <w:tcPr>
            <w:tcW w:w="2794" w:type="dxa"/>
          </w:tcPr>
          <w:p w14:paraId="5BECA670" w14:textId="77777777" w:rsidR="0096736C" w:rsidRDefault="0096736C" w:rsidP="00157326">
            <w:pPr>
              <w:rPr>
                <w:b/>
                <w:bCs/>
              </w:rPr>
            </w:pPr>
          </w:p>
        </w:tc>
        <w:tc>
          <w:tcPr>
            <w:tcW w:w="2574" w:type="dxa"/>
          </w:tcPr>
          <w:p w14:paraId="20BA04C2" w14:textId="77777777" w:rsidR="0096736C" w:rsidRDefault="0096736C" w:rsidP="00157326">
            <w:pPr>
              <w:rPr>
                <w:b/>
                <w:bCs/>
              </w:rPr>
            </w:pPr>
          </w:p>
        </w:tc>
      </w:tr>
      <w:tr w:rsidR="0096736C" w14:paraId="2A260F00" w14:textId="77777777" w:rsidTr="0096736C">
        <w:tc>
          <w:tcPr>
            <w:tcW w:w="2093" w:type="dxa"/>
          </w:tcPr>
          <w:p w14:paraId="40443FEE" w14:textId="77777777" w:rsidR="0096736C" w:rsidRDefault="0096736C" w:rsidP="00157326">
            <w:pPr>
              <w:rPr>
                <w:b/>
                <w:bCs/>
              </w:rPr>
            </w:pPr>
          </w:p>
        </w:tc>
        <w:tc>
          <w:tcPr>
            <w:tcW w:w="2835" w:type="dxa"/>
          </w:tcPr>
          <w:p w14:paraId="155569DA" w14:textId="77777777" w:rsidR="0096736C" w:rsidRDefault="0096736C" w:rsidP="00157326">
            <w:pPr>
              <w:rPr>
                <w:b/>
                <w:bCs/>
              </w:rPr>
            </w:pPr>
          </w:p>
        </w:tc>
        <w:tc>
          <w:tcPr>
            <w:tcW w:w="2794" w:type="dxa"/>
          </w:tcPr>
          <w:p w14:paraId="08CA8240" w14:textId="77777777" w:rsidR="0096736C" w:rsidRDefault="0096736C" w:rsidP="00157326">
            <w:pPr>
              <w:rPr>
                <w:b/>
                <w:bCs/>
              </w:rPr>
            </w:pPr>
          </w:p>
        </w:tc>
        <w:tc>
          <w:tcPr>
            <w:tcW w:w="2574" w:type="dxa"/>
          </w:tcPr>
          <w:p w14:paraId="5BF3919D" w14:textId="77777777" w:rsidR="0096736C" w:rsidRDefault="0096736C" w:rsidP="00157326">
            <w:pPr>
              <w:rPr>
                <w:b/>
                <w:bCs/>
              </w:rPr>
            </w:pPr>
          </w:p>
        </w:tc>
      </w:tr>
    </w:tbl>
    <w:p w14:paraId="3634061C" w14:textId="644F3119" w:rsidR="0096736C" w:rsidRDefault="0096736C" w:rsidP="00157326">
      <w:r>
        <w:rPr>
          <w:b/>
          <w:bCs/>
        </w:rPr>
        <w:t xml:space="preserve">Requirements </w:t>
      </w:r>
      <w:r>
        <w:t xml:space="preserve">(please </w:t>
      </w:r>
      <m:oMath>
        <m:r>
          <w:rPr>
            <w:rFonts w:ascii="Cambria Math" w:hAnsi="Cambria Math"/>
          </w:rPr>
          <m:t>√</m:t>
        </m:r>
      </m:oMath>
      <w:r>
        <w:t xml:space="preserve"> as needed)</w:t>
      </w:r>
    </w:p>
    <w:tbl>
      <w:tblPr>
        <w:tblStyle w:val="TableGrid"/>
        <w:tblW w:w="0" w:type="auto"/>
        <w:tblLook w:val="04A0" w:firstRow="1" w:lastRow="0" w:firstColumn="1" w:lastColumn="0" w:noHBand="0" w:noVBand="1"/>
      </w:tblPr>
      <w:tblGrid>
        <w:gridCol w:w="1675"/>
        <w:gridCol w:w="1690"/>
        <w:gridCol w:w="1708"/>
        <w:gridCol w:w="1667"/>
        <w:gridCol w:w="1830"/>
        <w:gridCol w:w="1500"/>
      </w:tblGrid>
      <w:tr w:rsidR="0096736C" w:rsidRPr="007D3C52" w14:paraId="162E0382" w14:textId="77777777" w:rsidTr="00A40A62">
        <w:tc>
          <w:tcPr>
            <w:tcW w:w="1716" w:type="dxa"/>
          </w:tcPr>
          <w:p w14:paraId="419240BC" w14:textId="27CA49E6" w:rsidR="0096736C" w:rsidRPr="007D3C52" w:rsidRDefault="0096736C" w:rsidP="00157326">
            <w:pPr>
              <w:rPr>
                <w:b/>
                <w:bCs/>
              </w:rPr>
            </w:pPr>
            <w:r w:rsidRPr="007D3C52">
              <w:rPr>
                <w:b/>
                <w:bCs/>
              </w:rPr>
              <w:t>Room layout</w:t>
            </w:r>
          </w:p>
        </w:tc>
        <w:tc>
          <w:tcPr>
            <w:tcW w:w="1716" w:type="dxa"/>
          </w:tcPr>
          <w:p w14:paraId="22CA3D5F" w14:textId="72FE4288" w:rsidR="0096736C" w:rsidRPr="007D3C52" w:rsidRDefault="00A40A62" w:rsidP="00157326">
            <w:pPr>
              <w:rPr>
                <w:b/>
                <w:bCs/>
              </w:rPr>
            </w:pPr>
            <w:r w:rsidRPr="007D3C52">
              <w:rPr>
                <w:b/>
                <w:bCs/>
              </w:rPr>
              <w:t>Number as appropriate</w:t>
            </w:r>
          </w:p>
        </w:tc>
        <w:tc>
          <w:tcPr>
            <w:tcW w:w="1716" w:type="dxa"/>
          </w:tcPr>
          <w:p w14:paraId="43A12D85" w14:textId="45F1C4DD" w:rsidR="0096736C" w:rsidRPr="007D3C52" w:rsidRDefault="0096736C" w:rsidP="00157326">
            <w:pPr>
              <w:rPr>
                <w:b/>
                <w:bCs/>
              </w:rPr>
            </w:pPr>
            <w:r w:rsidRPr="007D3C52">
              <w:rPr>
                <w:b/>
                <w:bCs/>
              </w:rPr>
              <w:t>Refreshments (charged)</w:t>
            </w:r>
          </w:p>
        </w:tc>
        <w:tc>
          <w:tcPr>
            <w:tcW w:w="1716" w:type="dxa"/>
          </w:tcPr>
          <w:p w14:paraId="195C1026" w14:textId="06A8AB92" w:rsidR="0096736C" w:rsidRPr="007D3C52" w:rsidRDefault="00A40A62" w:rsidP="00157326">
            <w:pPr>
              <w:rPr>
                <w:b/>
                <w:bCs/>
              </w:rPr>
            </w:pPr>
            <w:r w:rsidRPr="007D3C52">
              <w:rPr>
                <w:b/>
                <w:bCs/>
              </w:rPr>
              <w:t>Number of attendees</w:t>
            </w:r>
          </w:p>
        </w:tc>
        <w:tc>
          <w:tcPr>
            <w:tcW w:w="1891" w:type="dxa"/>
          </w:tcPr>
          <w:p w14:paraId="7BE44A8F" w14:textId="4C415679" w:rsidR="0096736C" w:rsidRPr="007D3C52" w:rsidRDefault="0096736C" w:rsidP="00157326">
            <w:pPr>
              <w:rPr>
                <w:b/>
                <w:bCs/>
              </w:rPr>
            </w:pPr>
            <w:r w:rsidRPr="007D3C52">
              <w:rPr>
                <w:b/>
                <w:bCs/>
              </w:rPr>
              <w:t>Resources (charged)</w:t>
            </w:r>
          </w:p>
        </w:tc>
        <w:tc>
          <w:tcPr>
            <w:tcW w:w="1541" w:type="dxa"/>
          </w:tcPr>
          <w:p w14:paraId="000D381B" w14:textId="09D07E4B" w:rsidR="0096736C" w:rsidRPr="007D3C52" w:rsidRDefault="00A40A62" w:rsidP="00157326">
            <w:pPr>
              <w:rPr>
                <w:b/>
                <w:bCs/>
              </w:rPr>
            </w:pPr>
            <w:r w:rsidRPr="007D3C52">
              <w:rPr>
                <w:b/>
                <w:bCs/>
              </w:rPr>
              <w:t>Number required</w:t>
            </w:r>
          </w:p>
        </w:tc>
      </w:tr>
      <w:tr w:rsidR="0096736C" w:rsidRPr="007D3C52" w14:paraId="4530B812" w14:textId="77777777" w:rsidTr="00A40A62">
        <w:tc>
          <w:tcPr>
            <w:tcW w:w="1716" w:type="dxa"/>
          </w:tcPr>
          <w:p w14:paraId="7E493F55" w14:textId="65CC905E" w:rsidR="0096736C" w:rsidRPr="007D3C52" w:rsidRDefault="0096736C" w:rsidP="00157326">
            <w:r w:rsidRPr="007D3C52">
              <w:t>Tables</w:t>
            </w:r>
          </w:p>
        </w:tc>
        <w:tc>
          <w:tcPr>
            <w:tcW w:w="1716" w:type="dxa"/>
          </w:tcPr>
          <w:p w14:paraId="5B0F94B6" w14:textId="77777777" w:rsidR="0096736C" w:rsidRPr="007D3C52" w:rsidRDefault="0096736C" w:rsidP="00157326"/>
        </w:tc>
        <w:tc>
          <w:tcPr>
            <w:tcW w:w="1716" w:type="dxa"/>
          </w:tcPr>
          <w:p w14:paraId="7FC8E30E" w14:textId="6DD80876" w:rsidR="0096736C" w:rsidRPr="007D3C52" w:rsidRDefault="00A40A62" w:rsidP="00157326">
            <w:r w:rsidRPr="007D3C52">
              <w:t>Teas/coffees</w:t>
            </w:r>
          </w:p>
        </w:tc>
        <w:tc>
          <w:tcPr>
            <w:tcW w:w="1716" w:type="dxa"/>
          </w:tcPr>
          <w:p w14:paraId="58BB813A" w14:textId="77777777" w:rsidR="0096736C" w:rsidRPr="007D3C52" w:rsidRDefault="0096736C" w:rsidP="00157326"/>
        </w:tc>
        <w:tc>
          <w:tcPr>
            <w:tcW w:w="1891" w:type="dxa"/>
          </w:tcPr>
          <w:p w14:paraId="2C5972B3" w14:textId="7E540DDE" w:rsidR="0096736C" w:rsidRPr="007D3C52" w:rsidRDefault="00A40A62" w:rsidP="00157326">
            <w:r w:rsidRPr="007D3C52">
              <w:t>Flip chart</w:t>
            </w:r>
          </w:p>
        </w:tc>
        <w:tc>
          <w:tcPr>
            <w:tcW w:w="1541" w:type="dxa"/>
          </w:tcPr>
          <w:p w14:paraId="7E9214B1" w14:textId="77777777" w:rsidR="0096736C" w:rsidRPr="007D3C52" w:rsidRDefault="0096736C" w:rsidP="00157326"/>
        </w:tc>
      </w:tr>
      <w:tr w:rsidR="0096736C" w:rsidRPr="007D3C52" w14:paraId="58F32E0F" w14:textId="77777777" w:rsidTr="00A40A62">
        <w:tc>
          <w:tcPr>
            <w:tcW w:w="1716" w:type="dxa"/>
          </w:tcPr>
          <w:p w14:paraId="7912686C" w14:textId="73AB6002" w:rsidR="0096736C" w:rsidRPr="007D3C52" w:rsidRDefault="00A40A62" w:rsidP="00157326">
            <w:r w:rsidRPr="007D3C52">
              <w:t>Chairs</w:t>
            </w:r>
          </w:p>
        </w:tc>
        <w:tc>
          <w:tcPr>
            <w:tcW w:w="1716" w:type="dxa"/>
          </w:tcPr>
          <w:p w14:paraId="523CE7ED" w14:textId="77777777" w:rsidR="0096736C" w:rsidRPr="007D3C52" w:rsidRDefault="0096736C" w:rsidP="00157326"/>
        </w:tc>
        <w:tc>
          <w:tcPr>
            <w:tcW w:w="1716" w:type="dxa"/>
          </w:tcPr>
          <w:p w14:paraId="059A5022" w14:textId="2EA72C48" w:rsidR="0096736C" w:rsidRPr="007D3C52" w:rsidRDefault="00A40A62" w:rsidP="00157326">
            <w:r w:rsidRPr="007D3C52">
              <w:t>Urn only</w:t>
            </w:r>
          </w:p>
        </w:tc>
        <w:tc>
          <w:tcPr>
            <w:tcW w:w="1716" w:type="dxa"/>
          </w:tcPr>
          <w:p w14:paraId="0C00E473" w14:textId="77777777" w:rsidR="0096736C" w:rsidRPr="007D3C52" w:rsidRDefault="0096736C" w:rsidP="00157326"/>
        </w:tc>
        <w:tc>
          <w:tcPr>
            <w:tcW w:w="1891" w:type="dxa"/>
          </w:tcPr>
          <w:p w14:paraId="1948B6D1" w14:textId="38053AFF" w:rsidR="0096736C" w:rsidRPr="007D3C52" w:rsidRDefault="00A40A62" w:rsidP="00157326">
            <w:r w:rsidRPr="007D3C52">
              <w:t>Smart Tv (65”)</w:t>
            </w:r>
          </w:p>
        </w:tc>
        <w:tc>
          <w:tcPr>
            <w:tcW w:w="1541" w:type="dxa"/>
          </w:tcPr>
          <w:p w14:paraId="159A3BC2" w14:textId="77777777" w:rsidR="0096736C" w:rsidRPr="007D3C52" w:rsidRDefault="0096736C" w:rsidP="00157326"/>
        </w:tc>
      </w:tr>
      <w:tr w:rsidR="0096736C" w:rsidRPr="007D3C52" w14:paraId="35DF1663" w14:textId="77777777" w:rsidTr="00A40A62">
        <w:tc>
          <w:tcPr>
            <w:tcW w:w="1716" w:type="dxa"/>
          </w:tcPr>
          <w:p w14:paraId="043AD237" w14:textId="4257F3AE" w:rsidR="0096736C" w:rsidRPr="007D3C52" w:rsidRDefault="00A40A62" w:rsidP="00157326">
            <w:pPr>
              <w:rPr>
                <w:b/>
                <w:bCs/>
              </w:rPr>
            </w:pPr>
            <w:r w:rsidRPr="007D3C52">
              <w:rPr>
                <w:b/>
                <w:bCs/>
              </w:rPr>
              <w:t>Layout:</w:t>
            </w:r>
          </w:p>
        </w:tc>
        <w:tc>
          <w:tcPr>
            <w:tcW w:w="1716" w:type="dxa"/>
          </w:tcPr>
          <w:p w14:paraId="5F9F3682" w14:textId="77777777" w:rsidR="0096736C" w:rsidRPr="007D3C52" w:rsidRDefault="0096736C" w:rsidP="00157326"/>
        </w:tc>
        <w:tc>
          <w:tcPr>
            <w:tcW w:w="1716" w:type="dxa"/>
          </w:tcPr>
          <w:p w14:paraId="79FB11B5" w14:textId="3394D3A9" w:rsidR="0096736C" w:rsidRPr="007D3C52" w:rsidRDefault="00A40A62" w:rsidP="00157326">
            <w:r w:rsidRPr="007D3C52">
              <w:t>Water</w:t>
            </w:r>
          </w:p>
        </w:tc>
        <w:tc>
          <w:tcPr>
            <w:tcW w:w="1716" w:type="dxa"/>
          </w:tcPr>
          <w:p w14:paraId="2FE34FF4" w14:textId="77777777" w:rsidR="0096736C" w:rsidRPr="007D3C52" w:rsidRDefault="0096736C" w:rsidP="00157326"/>
        </w:tc>
        <w:tc>
          <w:tcPr>
            <w:tcW w:w="1891" w:type="dxa"/>
          </w:tcPr>
          <w:p w14:paraId="3E7F1F94" w14:textId="1A3F651B" w:rsidR="0096736C" w:rsidRPr="007D3C52" w:rsidRDefault="0096736C" w:rsidP="00157326"/>
        </w:tc>
        <w:tc>
          <w:tcPr>
            <w:tcW w:w="1541" w:type="dxa"/>
          </w:tcPr>
          <w:p w14:paraId="2DEB45BC" w14:textId="77777777" w:rsidR="0096736C" w:rsidRPr="007D3C52" w:rsidRDefault="0096736C" w:rsidP="00157326"/>
        </w:tc>
      </w:tr>
      <w:tr w:rsidR="0096736C" w:rsidRPr="007D3C52" w14:paraId="61DCBF73" w14:textId="77777777" w:rsidTr="00A40A62">
        <w:tc>
          <w:tcPr>
            <w:tcW w:w="1716" w:type="dxa"/>
          </w:tcPr>
          <w:p w14:paraId="4A6AACAE" w14:textId="2BAD14C8" w:rsidR="0096736C" w:rsidRPr="007D3C52" w:rsidRDefault="00A40A62" w:rsidP="00157326">
            <w:r w:rsidRPr="007D3C52">
              <w:t>Boardroom</w:t>
            </w:r>
          </w:p>
        </w:tc>
        <w:tc>
          <w:tcPr>
            <w:tcW w:w="1716" w:type="dxa"/>
          </w:tcPr>
          <w:p w14:paraId="796F6B72" w14:textId="77777777" w:rsidR="0096736C" w:rsidRPr="007D3C52" w:rsidRDefault="0096736C" w:rsidP="00157326"/>
        </w:tc>
        <w:tc>
          <w:tcPr>
            <w:tcW w:w="1716" w:type="dxa"/>
          </w:tcPr>
          <w:p w14:paraId="4279E542" w14:textId="77777777" w:rsidR="0096736C" w:rsidRPr="007D3C52" w:rsidRDefault="0096736C" w:rsidP="00157326"/>
        </w:tc>
        <w:tc>
          <w:tcPr>
            <w:tcW w:w="1716" w:type="dxa"/>
          </w:tcPr>
          <w:p w14:paraId="595CDDBB" w14:textId="77777777" w:rsidR="0096736C" w:rsidRPr="007D3C52" w:rsidRDefault="0096736C" w:rsidP="00157326"/>
        </w:tc>
        <w:tc>
          <w:tcPr>
            <w:tcW w:w="1891" w:type="dxa"/>
          </w:tcPr>
          <w:p w14:paraId="5AB33715" w14:textId="77777777" w:rsidR="0096736C" w:rsidRPr="007D3C52" w:rsidRDefault="0096736C" w:rsidP="00157326"/>
        </w:tc>
        <w:tc>
          <w:tcPr>
            <w:tcW w:w="1541" w:type="dxa"/>
          </w:tcPr>
          <w:p w14:paraId="28550CE7" w14:textId="77777777" w:rsidR="0096736C" w:rsidRPr="007D3C52" w:rsidRDefault="0096736C" w:rsidP="00157326"/>
        </w:tc>
      </w:tr>
      <w:tr w:rsidR="0096736C" w14:paraId="11100AE6" w14:textId="77777777" w:rsidTr="00A40A62">
        <w:tc>
          <w:tcPr>
            <w:tcW w:w="1716" w:type="dxa"/>
          </w:tcPr>
          <w:p w14:paraId="6CA98E31" w14:textId="7723C85E" w:rsidR="0096736C" w:rsidRDefault="00A40A62" w:rsidP="00157326">
            <w:r>
              <w:t>Theatre</w:t>
            </w:r>
          </w:p>
        </w:tc>
        <w:tc>
          <w:tcPr>
            <w:tcW w:w="1716" w:type="dxa"/>
          </w:tcPr>
          <w:p w14:paraId="3FC0F1D3" w14:textId="77777777" w:rsidR="0096736C" w:rsidRDefault="0096736C" w:rsidP="00157326"/>
        </w:tc>
        <w:tc>
          <w:tcPr>
            <w:tcW w:w="1716" w:type="dxa"/>
          </w:tcPr>
          <w:p w14:paraId="680A0796" w14:textId="77777777" w:rsidR="0096736C" w:rsidRDefault="0096736C" w:rsidP="00157326"/>
        </w:tc>
        <w:tc>
          <w:tcPr>
            <w:tcW w:w="1716" w:type="dxa"/>
          </w:tcPr>
          <w:p w14:paraId="63D200D3" w14:textId="77777777" w:rsidR="0096736C" w:rsidRDefault="0096736C" w:rsidP="00157326"/>
        </w:tc>
        <w:tc>
          <w:tcPr>
            <w:tcW w:w="1891" w:type="dxa"/>
          </w:tcPr>
          <w:p w14:paraId="0A7677BF" w14:textId="77777777" w:rsidR="0096736C" w:rsidRDefault="0096736C" w:rsidP="00157326"/>
        </w:tc>
        <w:tc>
          <w:tcPr>
            <w:tcW w:w="1541" w:type="dxa"/>
          </w:tcPr>
          <w:p w14:paraId="7DDC8CBC" w14:textId="77777777" w:rsidR="0096736C" w:rsidRDefault="0096736C" w:rsidP="00157326"/>
        </w:tc>
      </w:tr>
      <w:tr w:rsidR="0096736C" w14:paraId="4FEABD99" w14:textId="77777777" w:rsidTr="00A40A62">
        <w:tc>
          <w:tcPr>
            <w:tcW w:w="1716" w:type="dxa"/>
          </w:tcPr>
          <w:p w14:paraId="2F7EE41C" w14:textId="77B8927C" w:rsidR="0096736C" w:rsidRDefault="00A40A62" w:rsidP="00157326">
            <w:r>
              <w:t>Classroom</w:t>
            </w:r>
          </w:p>
        </w:tc>
        <w:tc>
          <w:tcPr>
            <w:tcW w:w="1716" w:type="dxa"/>
          </w:tcPr>
          <w:p w14:paraId="3201D5BF" w14:textId="77777777" w:rsidR="0096736C" w:rsidRDefault="0096736C" w:rsidP="00157326"/>
        </w:tc>
        <w:tc>
          <w:tcPr>
            <w:tcW w:w="1716" w:type="dxa"/>
          </w:tcPr>
          <w:p w14:paraId="0B71D67C" w14:textId="77777777" w:rsidR="0096736C" w:rsidRDefault="0096736C" w:rsidP="00157326"/>
        </w:tc>
        <w:tc>
          <w:tcPr>
            <w:tcW w:w="1716" w:type="dxa"/>
          </w:tcPr>
          <w:p w14:paraId="293DFB36" w14:textId="77777777" w:rsidR="0096736C" w:rsidRDefault="0096736C" w:rsidP="00157326"/>
        </w:tc>
        <w:tc>
          <w:tcPr>
            <w:tcW w:w="1891" w:type="dxa"/>
          </w:tcPr>
          <w:p w14:paraId="49DB07E1" w14:textId="77777777" w:rsidR="0096736C" w:rsidRDefault="0096736C" w:rsidP="00157326"/>
        </w:tc>
        <w:tc>
          <w:tcPr>
            <w:tcW w:w="1541" w:type="dxa"/>
          </w:tcPr>
          <w:p w14:paraId="72CA2498" w14:textId="77777777" w:rsidR="0096736C" w:rsidRDefault="0096736C" w:rsidP="00157326"/>
        </w:tc>
      </w:tr>
      <w:tr w:rsidR="0096736C" w14:paraId="2CA06A07" w14:textId="77777777" w:rsidTr="00A40A62">
        <w:tc>
          <w:tcPr>
            <w:tcW w:w="1716" w:type="dxa"/>
          </w:tcPr>
          <w:p w14:paraId="7B788373" w14:textId="0E91E00B" w:rsidR="0096736C" w:rsidRDefault="00A40A62" w:rsidP="00157326">
            <w:r>
              <w:t>Horseshoe</w:t>
            </w:r>
          </w:p>
        </w:tc>
        <w:tc>
          <w:tcPr>
            <w:tcW w:w="1716" w:type="dxa"/>
          </w:tcPr>
          <w:p w14:paraId="5957D00E" w14:textId="77777777" w:rsidR="0096736C" w:rsidRDefault="0096736C" w:rsidP="00157326"/>
        </w:tc>
        <w:tc>
          <w:tcPr>
            <w:tcW w:w="1716" w:type="dxa"/>
          </w:tcPr>
          <w:p w14:paraId="18D59DE7" w14:textId="77777777" w:rsidR="0096736C" w:rsidRDefault="0096736C" w:rsidP="00157326"/>
        </w:tc>
        <w:tc>
          <w:tcPr>
            <w:tcW w:w="1716" w:type="dxa"/>
          </w:tcPr>
          <w:p w14:paraId="56176136" w14:textId="77777777" w:rsidR="0096736C" w:rsidRDefault="0096736C" w:rsidP="00157326"/>
        </w:tc>
        <w:tc>
          <w:tcPr>
            <w:tcW w:w="1891" w:type="dxa"/>
          </w:tcPr>
          <w:p w14:paraId="59F93A98" w14:textId="77777777" w:rsidR="0096736C" w:rsidRDefault="0096736C" w:rsidP="00157326"/>
        </w:tc>
        <w:tc>
          <w:tcPr>
            <w:tcW w:w="1541" w:type="dxa"/>
          </w:tcPr>
          <w:p w14:paraId="4949BB3A" w14:textId="77777777" w:rsidR="0096736C" w:rsidRDefault="0096736C" w:rsidP="00157326"/>
        </w:tc>
      </w:tr>
      <w:tr w:rsidR="0096736C" w14:paraId="253DE0D3" w14:textId="77777777" w:rsidTr="00A40A62">
        <w:tc>
          <w:tcPr>
            <w:tcW w:w="1716" w:type="dxa"/>
          </w:tcPr>
          <w:p w14:paraId="21104CBC" w14:textId="15CF401F" w:rsidR="0096736C" w:rsidRDefault="00A40A62" w:rsidP="00157326">
            <w:r>
              <w:t>Other – please describe</w:t>
            </w:r>
          </w:p>
        </w:tc>
        <w:tc>
          <w:tcPr>
            <w:tcW w:w="1716" w:type="dxa"/>
          </w:tcPr>
          <w:p w14:paraId="095C9900" w14:textId="77777777" w:rsidR="0096736C" w:rsidRDefault="0096736C" w:rsidP="00157326"/>
        </w:tc>
        <w:tc>
          <w:tcPr>
            <w:tcW w:w="1716" w:type="dxa"/>
          </w:tcPr>
          <w:p w14:paraId="40663A2A" w14:textId="77777777" w:rsidR="0096736C" w:rsidRDefault="0096736C" w:rsidP="00157326"/>
        </w:tc>
        <w:tc>
          <w:tcPr>
            <w:tcW w:w="1716" w:type="dxa"/>
          </w:tcPr>
          <w:p w14:paraId="2CD23AB2" w14:textId="77777777" w:rsidR="0096736C" w:rsidRDefault="0096736C" w:rsidP="00157326"/>
        </w:tc>
        <w:tc>
          <w:tcPr>
            <w:tcW w:w="1891" w:type="dxa"/>
          </w:tcPr>
          <w:p w14:paraId="1822858D" w14:textId="77777777" w:rsidR="0096736C" w:rsidRDefault="0096736C" w:rsidP="00157326"/>
        </w:tc>
        <w:tc>
          <w:tcPr>
            <w:tcW w:w="1541" w:type="dxa"/>
          </w:tcPr>
          <w:p w14:paraId="7F6A1F40" w14:textId="77777777" w:rsidR="0096736C" w:rsidRDefault="0096736C" w:rsidP="00157326"/>
        </w:tc>
      </w:tr>
    </w:tbl>
    <w:p w14:paraId="5539DE54" w14:textId="59BA6590" w:rsidR="00A40A62" w:rsidRDefault="00A40A62" w:rsidP="00A40A62">
      <w:pPr>
        <w:rPr>
          <w:b/>
          <w:bCs/>
        </w:rPr>
      </w:pPr>
    </w:p>
    <w:tbl>
      <w:tblPr>
        <w:tblStyle w:val="TableGrid"/>
        <w:tblW w:w="0" w:type="auto"/>
        <w:tblLook w:val="04A0" w:firstRow="1" w:lastRow="0" w:firstColumn="1" w:lastColumn="0" w:noHBand="0" w:noVBand="1"/>
      </w:tblPr>
      <w:tblGrid>
        <w:gridCol w:w="10070"/>
      </w:tblGrid>
      <w:tr w:rsidR="00A052AE" w14:paraId="75C6F102" w14:textId="77777777" w:rsidTr="00A052AE">
        <w:trPr>
          <w:trHeight w:val="1401"/>
        </w:trPr>
        <w:tc>
          <w:tcPr>
            <w:tcW w:w="10296" w:type="dxa"/>
          </w:tcPr>
          <w:p w14:paraId="13886B8D" w14:textId="77777777" w:rsidR="00A052AE" w:rsidRPr="00A40A62" w:rsidRDefault="00A052AE" w:rsidP="00A052AE">
            <w:r w:rsidRPr="00A40A62">
              <w:t>Any additional information which might be</w:t>
            </w:r>
            <w:r>
              <w:t xml:space="preserve"> </w:t>
            </w:r>
            <w:r w:rsidRPr="00A40A62">
              <w:t>helpfu</w:t>
            </w:r>
            <w:r>
              <w:t>l:</w:t>
            </w:r>
          </w:p>
          <w:p w14:paraId="78B29339" w14:textId="77777777" w:rsidR="00A052AE" w:rsidRDefault="00A052AE" w:rsidP="00A40A62"/>
        </w:tc>
      </w:tr>
    </w:tbl>
    <w:p w14:paraId="245B9642" w14:textId="2E444ABE" w:rsidR="00A052AE" w:rsidRDefault="00A052AE" w:rsidP="00A052AE">
      <w:pPr>
        <w:jc w:val="center"/>
        <w:rPr>
          <w:b/>
          <w:bCs/>
        </w:rPr>
      </w:pPr>
      <w:r>
        <w:rPr>
          <w:b/>
          <w:bCs/>
        </w:rPr>
        <w:t>CONDITIONS FOR USE OF PREMISES</w:t>
      </w:r>
    </w:p>
    <w:p w14:paraId="7C584EC7" w14:textId="0FADF44E" w:rsidR="00377762" w:rsidRDefault="00A052AE" w:rsidP="00A052AE">
      <w:pPr>
        <w:rPr>
          <w:i/>
          <w:iCs/>
        </w:rPr>
      </w:pPr>
      <w:r>
        <w:rPr>
          <w:b/>
          <w:bCs/>
        </w:rPr>
        <w:lastRenderedPageBreak/>
        <w:t xml:space="preserve">This is a summary and in addition to the ‘Terms and Conditions of Room Hire’ which is sent separately. </w:t>
      </w:r>
      <w:r>
        <w:t>Applicants must satisfy themselves that the premises are suitable</w:t>
      </w:r>
      <w:r w:rsidR="007A45BD">
        <w:t xml:space="preserve"> for the purpose for which they are required and that </w:t>
      </w:r>
      <w:r w:rsidR="00CE6237">
        <w:t>they (</w:t>
      </w:r>
      <w:r w:rsidR="007A45BD">
        <w:t xml:space="preserve">the applicants) have appropriate insurance cover as the insurance of this church does not indemnify </w:t>
      </w:r>
      <w:proofErr w:type="spellStart"/>
      <w:r w:rsidR="007A45BD">
        <w:t>organisations</w:t>
      </w:r>
      <w:proofErr w:type="spellEnd"/>
      <w:r w:rsidR="007A45BD">
        <w:t xml:space="preserve"> which are not part of the church, for their own distinct liability.</w:t>
      </w:r>
      <w:r w:rsidR="001C2F7D">
        <w:t xml:space="preserve">      </w:t>
      </w:r>
      <w:r w:rsidR="007A45BD">
        <w:rPr>
          <w:b/>
          <w:bCs/>
        </w:rPr>
        <w:t>Safeguarding:</w:t>
      </w:r>
      <w:r w:rsidR="007A45BD">
        <w:t xml:space="preserve"> all groups working with vulnerable adults and children using our premises </w:t>
      </w:r>
      <w:r w:rsidR="007A45BD" w:rsidRPr="007A45BD">
        <w:rPr>
          <w:b/>
          <w:bCs/>
        </w:rPr>
        <w:t>must</w:t>
      </w:r>
      <w:r w:rsidR="007A45BD">
        <w:t xml:space="preserve"> have their own Safeguarding Policy in place. (See para 10 of our Terms and Conditions of Room Hire). Our Safeguarding Policy may be found on our website.</w:t>
      </w:r>
      <w:r w:rsidR="001C2F7D">
        <w:t xml:space="preserve">                                                                                                               </w:t>
      </w:r>
      <w:r w:rsidR="007A45BD" w:rsidRPr="007A45BD">
        <w:rPr>
          <w:b/>
          <w:bCs/>
        </w:rPr>
        <w:t>Security:</w:t>
      </w:r>
      <w:r w:rsidR="007A45BD">
        <w:rPr>
          <w:b/>
          <w:bCs/>
        </w:rPr>
        <w:t xml:space="preserve"> </w:t>
      </w:r>
      <w:r w:rsidR="007A45BD" w:rsidRPr="007A45BD">
        <w:t>all personal possessions must be kept safe and are the responsibility of the individual.</w:t>
      </w:r>
      <w:r w:rsidR="001C2F7D">
        <w:t xml:space="preserve">      </w:t>
      </w:r>
      <w:r w:rsidR="007A45BD">
        <w:rPr>
          <w:b/>
          <w:bCs/>
        </w:rPr>
        <w:t xml:space="preserve">Electrical: </w:t>
      </w:r>
      <w:r w:rsidR="007A45BD">
        <w:t>all electrical items, including lights, must be switched off on departure, otherwise an additional charge may be made.</w:t>
      </w:r>
      <w:r w:rsidR="001C2F7D">
        <w:t xml:space="preserve">                                                                                                                                                                          </w:t>
      </w:r>
      <w:r w:rsidR="007A45BD">
        <w:rPr>
          <w:b/>
          <w:bCs/>
        </w:rPr>
        <w:t xml:space="preserve">Heating: </w:t>
      </w:r>
      <w:r w:rsidR="007A45BD" w:rsidRPr="007A45BD">
        <w:t>thermostats must not be altered.</w:t>
      </w:r>
      <w:r w:rsidR="001C2F7D">
        <w:t xml:space="preserve">                                                                                                                            </w:t>
      </w:r>
      <w:r w:rsidR="007A45BD">
        <w:rPr>
          <w:b/>
          <w:bCs/>
        </w:rPr>
        <w:t xml:space="preserve">Smoking: </w:t>
      </w:r>
      <w:r w:rsidR="007A45BD">
        <w:t xml:space="preserve">the entire site is </w:t>
      </w:r>
      <w:r w:rsidR="00CE6237" w:rsidRPr="00CE6237">
        <w:rPr>
          <w:b/>
          <w:bCs/>
        </w:rPr>
        <w:t>NON-SMOKING</w:t>
      </w:r>
      <w:r w:rsidR="00CE6237">
        <w:t xml:space="preserve"> </w:t>
      </w:r>
      <w:r w:rsidR="00CE6237" w:rsidRPr="007D3C52">
        <w:t>(including Vapes).</w:t>
      </w:r>
      <w:r w:rsidR="007A45BD" w:rsidRPr="007D3C52">
        <w:t xml:space="preserve"> Please</w:t>
      </w:r>
      <w:r w:rsidR="007A45BD">
        <w:t xml:space="preserve"> refrain</w:t>
      </w:r>
      <w:r w:rsidR="00CE6237">
        <w:t xml:space="preserve"> from smoking on any part of the site, inside or out.</w:t>
      </w:r>
      <w:r w:rsidR="001C2F7D">
        <w:t xml:space="preserve">                                                                                                                                               </w:t>
      </w:r>
      <w:r w:rsidR="00CE6237" w:rsidRPr="007D3C52">
        <w:rPr>
          <w:b/>
          <w:bCs/>
        </w:rPr>
        <w:t>Damage</w:t>
      </w:r>
      <w:r w:rsidR="00377762" w:rsidRPr="007D3C52">
        <w:rPr>
          <w:b/>
          <w:bCs/>
        </w:rPr>
        <w:t>/Accidents</w:t>
      </w:r>
      <w:r w:rsidR="00CE6237">
        <w:rPr>
          <w:b/>
          <w:bCs/>
        </w:rPr>
        <w:t>:</w:t>
      </w:r>
      <w:r w:rsidR="00377762">
        <w:rPr>
          <w:b/>
          <w:bCs/>
        </w:rPr>
        <w:t xml:space="preserve"> </w:t>
      </w:r>
      <w:r w:rsidR="00377762">
        <w:t>any damage or loss to our premises or equipment or any accident to a person must be reported to the Church Administrator or Caretaker at the time, or as soon as possible after the incident has occurred.</w:t>
      </w:r>
      <w:r w:rsidR="001C2F7D">
        <w:t xml:space="preserve">                                                                                                                                                                                            </w:t>
      </w:r>
      <w:r w:rsidR="00377762">
        <w:rPr>
          <w:b/>
          <w:bCs/>
        </w:rPr>
        <w:t xml:space="preserve">Posters: </w:t>
      </w:r>
      <w:r w:rsidR="00377762">
        <w:t xml:space="preserve">please do not </w:t>
      </w:r>
      <w:r w:rsidR="00377762" w:rsidRPr="00377762">
        <w:rPr>
          <w:b/>
          <w:bCs/>
        </w:rPr>
        <w:t xml:space="preserve">attach </w:t>
      </w:r>
      <w:r w:rsidR="00377762">
        <w:t>anything to the walls or doors of the meeting rooms. A flip chart (£5 to hire) or display boards can be requested.</w:t>
      </w:r>
      <w:r w:rsidR="001C2F7D">
        <w:t xml:space="preserve">                                                                                                                                         </w:t>
      </w:r>
      <w:r w:rsidR="00377762">
        <w:rPr>
          <w:b/>
          <w:bCs/>
        </w:rPr>
        <w:t xml:space="preserve">Parking: </w:t>
      </w:r>
      <w:r w:rsidR="00377762">
        <w:t xml:space="preserve">There is no on-site parking. There is some on-street parking nearby but the best place to park </w:t>
      </w:r>
      <w:proofErr w:type="gramStart"/>
      <w:r w:rsidR="00377762">
        <w:t>is  in</w:t>
      </w:r>
      <w:proofErr w:type="gramEnd"/>
      <w:r w:rsidR="00377762">
        <w:t xml:space="preserve"> the multi-</w:t>
      </w:r>
      <w:proofErr w:type="spellStart"/>
      <w:r w:rsidR="00377762">
        <w:t>storey</w:t>
      </w:r>
      <w:proofErr w:type="spellEnd"/>
      <w:r w:rsidR="00377762">
        <w:t xml:space="preserve"> car park in </w:t>
      </w:r>
      <w:proofErr w:type="spellStart"/>
      <w:r w:rsidR="00377762">
        <w:t>Lurke</w:t>
      </w:r>
      <w:proofErr w:type="spellEnd"/>
      <w:r w:rsidR="00377762">
        <w:t xml:space="preserve"> Street MK40 3HZ.</w:t>
      </w:r>
      <w:r w:rsidR="001C2F7D">
        <w:t xml:space="preserve">                                                                                                                              </w:t>
      </w:r>
      <w:r w:rsidR="00377762">
        <w:rPr>
          <w:b/>
          <w:bCs/>
        </w:rPr>
        <w:t xml:space="preserve">Site: </w:t>
      </w:r>
      <w:r w:rsidR="00377762">
        <w:t>Please note our address. We are the rooms attached to the Church in Mill Street and on the same site as the John Bunyan Museum</w:t>
      </w:r>
      <w:r w:rsidR="001C2F7D">
        <w:t xml:space="preserve"> and Basement Gallery. </w:t>
      </w:r>
      <w:r w:rsidR="001C2F7D" w:rsidRPr="001C2F7D">
        <w:rPr>
          <w:i/>
          <w:iCs/>
        </w:rPr>
        <w:t xml:space="preserve">We are </w:t>
      </w:r>
      <w:r w:rsidR="001C2F7D" w:rsidRPr="001C2F7D">
        <w:rPr>
          <w:b/>
          <w:bCs/>
          <w:i/>
          <w:iCs/>
        </w:rPr>
        <w:t>not</w:t>
      </w:r>
      <w:r w:rsidR="001C2F7D" w:rsidRPr="001C2F7D">
        <w:rPr>
          <w:i/>
          <w:iCs/>
        </w:rPr>
        <w:t xml:space="preserve"> the Bunyan Sports and Fitness Centre in Mile Road, Bedford!</w:t>
      </w:r>
    </w:p>
    <w:p w14:paraId="5B63FD5F" w14:textId="2536A363" w:rsidR="001C2F7D" w:rsidRDefault="001C2F7D" w:rsidP="00A052AE">
      <w:r>
        <w:rPr>
          <w:b/>
          <w:bCs/>
        </w:rPr>
        <w:t xml:space="preserve">PLEASE NOTE: </w:t>
      </w:r>
      <w:r>
        <w:t xml:space="preserve">The Church reserves the right to offer an appropriate, alternative room and you will be invoiced after you have used the premises. </w:t>
      </w:r>
      <w:r w:rsidRPr="001C2F7D">
        <w:rPr>
          <w:b/>
          <w:bCs/>
        </w:rPr>
        <w:t>The invoice is payable within 14 days</w:t>
      </w:r>
      <w:r>
        <w:t>.</w:t>
      </w:r>
    </w:p>
    <w:p w14:paraId="3926D8E4" w14:textId="5F40C0C0" w:rsidR="001C2F7D" w:rsidRDefault="001C2F7D" w:rsidP="00A052AE">
      <w:pPr>
        <w:rPr>
          <w:b/>
          <w:bCs/>
        </w:rPr>
      </w:pPr>
      <w:r>
        <w:rPr>
          <w:b/>
          <w:bCs/>
        </w:rPr>
        <w:t>I/We the undersigned, accept that Bunyan Meeting cannot be held responsible for loss, damage or injury sustained on the church premises if connected in any way with the event or control of the event to which use relates.</w:t>
      </w:r>
    </w:p>
    <w:p w14:paraId="7F41EC36" w14:textId="070F6727" w:rsidR="001C2F7D" w:rsidRDefault="001C2F7D" w:rsidP="00A052AE">
      <w:pPr>
        <w:rPr>
          <w:b/>
          <w:bCs/>
        </w:rPr>
      </w:pPr>
      <w:r>
        <w:rPr>
          <w:b/>
          <w:bCs/>
        </w:rPr>
        <w:t>I/We have read the ‘</w:t>
      </w:r>
      <w:r w:rsidRPr="007D3C52">
        <w:rPr>
          <w:b/>
          <w:bCs/>
        </w:rPr>
        <w:t>Terms and Conditions of Room Hire’</w:t>
      </w:r>
      <w:r>
        <w:rPr>
          <w:b/>
          <w:bCs/>
        </w:rPr>
        <w:t xml:space="preserve"> (see document sent out separately) and agree to them. Furthermore</w:t>
      </w:r>
      <w:r w:rsidR="007A6318">
        <w:rPr>
          <w:b/>
          <w:bCs/>
        </w:rPr>
        <w:t>,</w:t>
      </w:r>
      <w:r>
        <w:rPr>
          <w:b/>
          <w:bCs/>
        </w:rPr>
        <w:t xml:space="preserve"> we agree to indemnify Bunyan Meeting in respect of any damage occasioned to the property</w:t>
      </w:r>
      <w:r w:rsidR="007A6318">
        <w:rPr>
          <w:b/>
          <w:bCs/>
        </w:rPr>
        <w:t xml:space="preserve"> out of the negligence of the user and/or their invitees.</w:t>
      </w:r>
    </w:p>
    <w:p w14:paraId="7B50C36A" w14:textId="59A8E2CB" w:rsidR="007A6318" w:rsidRDefault="007A6318" w:rsidP="00A052AE">
      <w:pPr>
        <w:rPr>
          <w:b/>
          <w:bCs/>
        </w:rPr>
      </w:pPr>
      <w:r>
        <w:rPr>
          <w:b/>
          <w:bCs/>
        </w:rPr>
        <w:t>Signed………………………………………………………………………………………………………………………………………</w:t>
      </w:r>
      <w:proofErr w:type="gramStart"/>
      <w:r>
        <w:rPr>
          <w:b/>
          <w:bCs/>
        </w:rPr>
        <w:t>…..</w:t>
      </w:r>
      <w:proofErr w:type="gramEnd"/>
    </w:p>
    <w:p w14:paraId="1CF39C79" w14:textId="61682EA4" w:rsidR="007A6318" w:rsidRDefault="007A6318" w:rsidP="00A052AE">
      <w:pPr>
        <w:rPr>
          <w:b/>
          <w:bCs/>
        </w:rPr>
      </w:pPr>
      <w:r>
        <w:rPr>
          <w:b/>
          <w:bCs/>
        </w:rPr>
        <w:t xml:space="preserve">Name (please </w:t>
      </w:r>
      <w:proofErr w:type="gramStart"/>
      <w:r>
        <w:rPr>
          <w:b/>
          <w:bCs/>
        </w:rPr>
        <w:t>print)…</w:t>
      </w:r>
      <w:proofErr w:type="gramEnd"/>
      <w:r>
        <w:rPr>
          <w:b/>
          <w:bCs/>
        </w:rPr>
        <w:t>………………………………………………………………………………………………………………</w:t>
      </w:r>
      <w:proofErr w:type="gramStart"/>
      <w:r>
        <w:rPr>
          <w:b/>
          <w:bCs/>
        </w:rPr>
        <w:t>…..</w:t>
      </w:r>
      <w:proofErr w:type="gramEnd"/>
    </w:p>
    <w:p w14:paraId="405FE69B" w14:textId="6EB9F1CB" w:rsidR="007A6318" w:rsidRDefault="007A6318" w:rsidP="00A052AE">
      <w:pPr>
        <w:pBdr>
          <w:bottom w:val="single" w:sz="12" w:space="1" w:color="auto"/>
        </w:pBdr>
        <w:rPr>
          <w:b/>
          <w:bCs/>
        </w:rPr>
      </w:pPr>
      <w:r>
        <w:rPr>
          <w:b/>
          <w:bCs/>
        </w:rPr>
        <w:t>Date…………………………………………………………………………………………………………………………………………</w:t>
      </w:r>
      <w:proofErr w:type="gramStart"/>
      <w:r>
        <w:rPr>
          <w:b/>
          <w:bCs/>
        </w:rPr>
        <w:t>…..</w:t>
      </w:r>
      <w:proofErr w:type="gramEnd"/>
    </w:p>
    <w:p w14:paraId="6A5FF7A9" w14:textId="5B32C2AC" w:rsidR="007A6318" w:rsidRPr="007A6318" w:rsidRDefault="007A6318" w:rsidP="007A6318">
      <w:pPr>
        <w:rPr>
          <w:b/>
          <w:bCs/>
          <w:sz w:val="18"/>
          <w:szCs w:val="18"/>
        </w:rPr>
      </w:pPr>
      <w:r>
        <w:rPr>
          <w:b/>
          <w:bCs/>
          <w:sz w:val="18"/>
          <w:szCs w:val="18"/>
        </w:rPr>
        <w:t>Version June 2026</w:t>
      </w:r>
    </w:p>
    <w:p w14:paraId="58A78D94" w14:textId="6A0CC55F" w:rsidR="007A6318" w:rsidRDefault="007A6318" w:rsidP="00A052AE">
      <w:pPr>
        <w:rPr>
          <w:b/>
          <w:bCs/>
        </w:rPr>
      </w:pPr>
      <w:r>
        <w:rPr>
          <w:b/>
          <w:bCs/>
        </w:rPr>
        <w:t>For Office use only:</w:t>
      </w:r>
    </w:p>
    <w:p w14:paraId="2A36451F" w14:textId="14D2B7FE" w:rsidR="007A6318" w:rsidRDefault="007A6318" w:rsidP="00A052AE">
      <w:pPr>
        <w:rPr>
          <w:b/>
          <w:bCs/>
        </w:rPr>
      </w:pPr>
      <w:r>
        <w:rPr>
          <w:b/>
          <w:bCs/>
        </w:rPr>
        <w:t>Room offered……………………………………………………Rate………………………………………………………………….</w:t>
      </w:r>
    </w:p>
    <w:p w14:paraId="2F2476FA" w14:textId="1E0077FA" w:rsidR="007A6318" w:rsidRDefault="007A6318" w:rsidP="00A052AE">
      <w:pPr>
        <w:rPr>
          <w:b/>
          <w:bCs/>
        </w:rPr>
      </w:pPr>
      <w:r>
        <w:rPr>
          <w:b/>
          <w:bCs/>
        </w:rPr>
        <w:t>Church diary……………………………………………………Accepted by………………………………………………………</w:t>
      </w:r>
    </w:p>
    <w:p w14:paraId="7EACF472" w14:textId="456321AB" w:rsidR="007A6318" w:rsidRPr="007A6318" w:rsidRDefault="007A6318">
      <w:pPr>
        <w:rPr>
          <w:b/>
          <w:bCs/>
        </w:rPr>
      </w:pPr>
      <w:r w:rsidRPr="007D3C52">
        <w:rPr>
          <w:b/>
          <w:bCs/>
        </w:rPr>
        <w:t>Confirmed by email/letter……………………………</w:t>
      </w:r>
      <w:proofErr w:type="gramStart"/>
      <w:r w:rsidRPr="007D3C52">
        <w:rPr>
          <w:b/>
          <w:bCs/>
        </w:rPr>
        <w:t>….Date</w:t>
      </w:r>
      <w:proofErr w:type="gramEnd"/>
      <w:r w:rsidRPr="007D3C52">
        <w:rPr>
          <w:b/>
          <w:bCs/>
        </w:rPr>
        <w:t>………………………………………………………………….</w:t>
      </w:r>
    </w:p>
    <w:sectPr w:rsidR="007A6318" w:rsidRPr="007A6318" w:rsidSect="00A40A62">
      <w:pgSz w:w="12240" w:h="15840"/>
      <w:pgMar w:top="568" w:right="1080" w:bottom="70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BAE781A"/>
    <w:multiLevelType w:val="hybridMultilevel"/>
    <w:tmpl w:val="67CEBB80"/>
    <w:lvl w:ilvl="0" w:tplc="18667566">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8738610">
    <w:abstractNumId w:val="8"/>
  </w:num>
  <w:num w:numId="2" w16cid:durableId="2145345315">
    <w:abstractNumId w:val="6"/>
  </w:num>
  <w:num w:numId="3" w16cid:durableId="1787314007">
    <w:abstractNumId w:val="5"/>
  </w:num>
  <w:num w:numId="4" w16cid:durableId="2103799884">
    <w:abstractNumId w:val="4"/>
  </w:num>
  <w:num w:numId="5" w16cid:durableId="1826900065">
    <w:abstractNumId w:val="7"/>
  </w:num>
  <w:num w:numId="6" w16cid:durableId="1693994635">
    <w:abstractNumId w:val="3"/>
  </w:num>
  <w:num w:numId="7" w16cid:durableId="1806970601">
    <w:abstractNumId w:val="2"/>
  </w:num>
  <w:num w:numId="8" w16cid:durableId="418909229">
    <w:abstractNumId w:val="1"/>
  </w:num>
  <w:num w:numId="9" w16cid:durableId="1480070159">
    <w:abstractNumId w:val="0"/>
  </w:num>
  <w:num w:numId="10" w16cid:durableId="8124125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71E"/>
    <w:rsid w:val="0015074B"/>
    <w:rsid w:val="00157326"/>
    <w:rsid w:val="001C2F7D"/>
    <w:rsid w:val="0029639D"/>
    <w:rsid w:val="00326F90"/>
    <w:rsid w:val="00377762"/>
    <w:rsid w:val="00492235"/>
    <w:rsid w:val="007A45BD"/>
    <w:rsid w:val="007A6318"/>
    <w:rsid w:val="007D3C52"/>
    <w:rsid w:val="0096736C"/>
    <w:rsid w:val="009F1378"/>
    <w:rsid w:val="00A052AE"/>
    <w:rsid w:val="00A40A62"/>
    <w:rsid w:val="00AA1D8D"/>
    <w:rsid w:val="00B47730"/>
    <w:rsid w:val="00CB0664"/>
    <w:rsid w:val="00CE5B14"/>
    <w:rsid w:val="00CE6237"/>
    <w:rsid w:val="00D35AEE"/>
    <w:rsid w:val="00D470EB"/>
    <w:rsid w:val="00E5109C"/>
    <w:rsid w:val="00E97F8C"/>
    <w:rsid w:val="00F22E7E"/>
    <w:rsid w:val="00F441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05C805"/>
  <w14:defaultImageDpi w14:val="300"/>
  <w15:docId w15:val="{7686BD5E-35E8-42ED-AF82-7E8515E2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57326"/>
    <w:rPr>
      <w:color w:val="0000FF" w:themeColor="hyperlink"/>
      <w:u w:val="single"/>
    </w:rPr>
  </w:style>
  <w:style w:type="character" w:styleId="UnresolvedMention">
    <w:name w:val="Unresolved Mention"/>
    <w:basedOn w:val="DefaultParagraphFont"/>
    <w:uiPriority w:val="99"/>
    <w:semiHidden/>
    <w:unhideWhenUsed/>
    <w:rsid w:val="00157326"/>
    <w:rPr>
      <w:color w:val="605E5C"/>
      <w:shd w:val="clear" w:color="auto" w:fill="E1DFDD"/>
    </w:rPr>
  </w:style>
  <w:style w:type="character" w:styleId="PlaceholderText">
    <w:name w:val="Placeholder Text"/>
    <w:basedOn w:val="DefaultParagraphFont"/>
    <w:uiPriority w:val="99"/>
    <w:semiHidden/>
    <w:rsid w:val="009673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unyanmeeting@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Cherry Protheroe</cp:lastModifiedBy>
  <cp:revision>10</cp:revision>
  <cp:lastPrinted>2026-06-16T13:53:00Z</cp:lastPrinted>
  <dcterms:created xsi:type="dcterms:W3CDTF">2026-06-16T11:48:00Z</dcterms:created>
  <dcterms:modified xsi:type="dcterms:W3CDTF">2026-07-06T10:41:00Z</dcterms:modified>
  <cp:category/>
</cp:coreProperties>
</file>